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2C0AC" w14:textId="77777777" w:rsidR="00323BD7" w:rsidRDefault="0093140E">
      <w:pPr>
        <w:jc w:val="center"/>
      </w:pPr>
      <w:r>
        <w:rPr>
          <w:b/>
        </w:rPr>
        <w:t>MODELLO DI DOMANDA E DICHIARAZIONI SOSTITUTIVE</w:t>
      </w:r>
      <w:r>
        <w:rPr>
          <w:b/>
        </w:rPr>
        <w:br/>
        <w:t>AVVISO DI SELEZIONE PER IL CONFERIMENTO DELL’INCARICO DI REVISORE DEI CONTI DEL COMUNE DI VALLARSA (TRIENNIO 21.12.2026 – 20.12.2029)</w:t>
      </w:r>
    </w:p>
    <w:p w14:paraId="528686E9" w14:textId="77777777" w:rsidR="00323BD7" w:rsidRDefault="0093140E">
      <w:r>
        <w:br/>
      </w:r>
    </w:p>
    <w:p w14:paraId="0DF27F3A" w14:textId="5D4D32FD" w:rsidR="00323BD7" w:rsidRDefault="0093140E">
      <w:pPr>
        <w:jc w:val="right"/>
      </w:pPr>
      <w:r>
        <w:rPr>
          <w:b/>
        </w:rPr>
        <w:t xml:space="preserve">Al </w:t>
      </w:r>
      <w:r>
        <w:t>Comune di Vallarsa</w:t>
      </w:r>
      <w:r>
        <w:br/>
        <w:t>Frazione Raossi, n. 13</w:t>
      </w:r>
      <w:r>
        <w:br/>
        <w:t>38060 – Vallarsa (TN)</w:t>
      </w:r>
      <w:r>
        <w:br/>
      </w:r>
      <w:r>
        <w:br/>
      </w:r>
    </w:p>
    <w:p w14:paraId="2B077ABC" w14:textId="77777777" w:rsidR="00323BD7" w:rsidRDefault="0093140E">
      <w:r>
        <w:rPr>
          <w:b/>
        </w:rPr>
        <w:t>Il/La sottoscritto/a:</w:t>
      </w:r>
      <w:r>
        <w:rPr>
          <w:b/>
        </w:rPr>
        <w:br/>
      </w:r>
      <w:r>
        <w:t>• Nome e Cognome: ______________________________________________________</w:t>
      </w:r>
      <w:r>
        <w:br/>
        <w:t>• Luogo e data di nascita: _________________________________________________</w:t>
      </w:r>
      <w:r>
        <w:br/>
        <w:t>• Codice Fiscale: ________________________________________________________</w:t>
      </w:r>
      <w:r>
        <w:br/>
        <w:t>• Residenza: Via/Piazza _______________________ n. ___ CAP ______ Città _______________ Prov. ____</w:t>
      </w:r>
      <w:r>
        <w:br/>
        <w:t>• Domicilio elettronico (PEC): _____________________________________________</w:t>
      </w:r>
      <w:r>
        <w:br/>
        <w:t>• Recapito Telefonico / Cellulare: ___________________________________________</w:t>
      </w:r>
      <w:r>
        <w:br/>
      </w:r>
    </w:p>
    <w:p w14:paraId="58FC4DA5" w14:textId="77777777" w:rsidR="00323BD7" w:rsidRDefault="0093140E">
      <w:pPr>
        <w:spacing w:before="240" w:after="240"/>
        <w:jc w:val="center"/>
      </w:pPr>
      <w:r>
        <w:rPr>
          <w:b/>
        </w:rPr>
        <w:t>CHIEDE</w:t>
      </w:r>
      <w:r>
        <w:rPr>
          <w:b/>
        </w:rPr>
        <w:br/>
      </w:r>
    </w:p>
    <w:p w14:paraId="623B9A7E" w14:textId="77777777" w:rsidR="00323BD7" w:rsidRDefault="0093140E">
      <w:r>
        <w:t xml:space="preserve">di essere ammesso/a alla selezione pubblica per il conferimento dell’incarico di </w:t>
      </w:r>
      <w:r>
        <w:rPr>
          <w:b/>
        </w:rPr>
        <w:t>Revisore dei Conti del Comune di Vallarsa per il triennio dal 21.12.2026 al 20.12.2029</w:t>
      </w:r>
      <w:r>
        <w:t>.</w:t>
      </w:r>
    </w:p>
    <w:p w14:paraId="23A2AEAA" w14:textId="77777777" w:rsidR="00323BD7" w:rsidRDefault="0093140E">
      <w:pPr>
        <w:spacing w:after="240"/>
      </w:pPr>
      <w:r>
        <w:t>A tal fine, valendosi delle disposizioni di cui agli artt. 46 e 47 del D.P.R. 28 dicembre 2000, n. 445, e consapevole delle sanzioni penali previste dall'art. 76 del medesimo D.P.R. per le ipotesi di falsità in atti e dichiarazioni mendaci,</w:t>
      </w:r>
    </w:p>
    <w:p w14:paraId="33136FE6" w14:textId="77777777" w:rsidR="00323BD7" w:rsidRDefault="0093140E">
      <w:pPr>
        <w:jc w:val="center"/>
      </w:pPr>
      <w:r>
        <w:rPr>
          <w:b/>
        </w:rPr>
        <w:t>DICHIARA SOTTO LA PROPRIA RESPONSABILITÀ:</w:t>
      </w:r>
      <w:r>
        <w:rPr>
          <w:b/>
        </w:rPr>
        <w:br/>
      </w:r>
    </w:p>
    <w:p w14:paraId="0BB8909E" w14:textId="77777777" w:rsidR="00323BD7" w:rsidRPr="004A3CB8" w:rsidRDefault="0093140E">
      <w:pPr>
        <w:rPr>
          <w:i/>
          <w:iCs/>
        </w:rPr>
      </w:pPr>
      <w:r w:rsidRPr="004A3CB8">
        <w:rPr>
          <w:i/>
          <w:iCs/>
        </w:rPr>
        <w:t>1. Iscrizione Professionale e Formazione:</w:t>
      </w:r>
    </w:p>
    <w:p w14:paraId="4290AA81" w14:textId="77777777" w:rsidR="00323BD7" w:rsidRDefault="0093140E">
      <w:r>
        <w:t xml:space="preserve">    [  ] Di essere iscritto/a a livello regionale nel </w:t>
      </w:r>
      <w:r>
        <w:rPr>
          <w:b/>
        </w:rPr>
        <w:t>Registro dei Revisori Legali</w:t>
      </w:r>
      <w:r>
        <w:t xml:space="preserve"> di cui al D.Lgs. 27 gennaio 2010, n. 39, al n. ____________ con decorrenza dal ____________;</w:t>
      </w:r>
    </w:p>
    <w:p w14:paraId="42E9FE0A" w14:textId="77777777" w:rsidR="00323BD7" w:rsidRDefault="0093140E">
      <w:r>
        <w:t xml:space="preserve">    [  ] Di essere iscritto/a all'</w:t>
      </w:r>
      <w:r>
        <w:rPr>
          <w:b/>
        </w:rPr>
        <w:t>Ordine dei Dottori Commercialisti e degli Esperti Contabili</w:t>
      </w:r>
      <w:r>
        <w:t xml:space="preserve"> di _____________________ al n. ____________ con decorrenza dal ____________;</w:t>
      </w:r>
    </w:p>
    <w:p w14:paraId="5D790EBD" w14:textId="77777777" w:rsidR="00323BD7" w:rsidRPr="004A3CB8" w:rsidRDefault="0093140E">
      <w:pPr>
        <w:rPr>
          <w:i/>
          <w:iCs/>
        </w:rPr>
      </w:pPr>
      <w:r w:rsidRPr="004A3CB8">
        <w:rPr>
          <w:i/>
          <w:iCs/>
        </w:rPr>
        <w:t>2. Iscrizione Elenco Provinciale (PAT):</w:t>
      </w:r>
    </w:p>
    <w:p w14:paraId="08375336" w14:textId="77777777" w:rsidR="00323BD7" w:rsidRDefault="0093140E" w:rsidP="000F5CEB">
      <w:pPr>
        <w:jc w:val="both"/>
      </w:pPr>
      <w:r>
        <w:lastRenderedPageBreak/>
        <w:t xml:space="preserve">    [  ] Di essere iscritto/a all'</w:t>
      </w:r>
      <w:r>
        <w:rPr>
          <w:b/>
        </w:rPr>
        <w:t>elenco provinciale dei revisori dei conti degli Enti locali</w:t>
      </w:r>
      <w:r>
        <w:t xml:space="preserve"> della Provincia Autonoma di Trento, approvato con determinazione del dirigente generale del dipartimento Enti locali, Agricolture e Ambiente della PAT n. 4870 del 12.05.2026;</w:t>
      </w:r>
    </w:p>
    <w:p w14:paraId="4D7FFD55" w14:textId="77777777" w:rsidR="00323BD7" w:rsidRDefault="0093140E">
      <w:r>
        <w:t xml:space="preserve">    [  ] Di non essere iscritto/a al suddetto elenco provinciale.</w:t>
      </w:r>
    </w:p>
    <w:p w14:paraId="656FFFD6" w14:textId="16D3BD52" w:rsidR="000F5CEB" w:rsidRPr="004A3CB8" w:rsidRDefault="000F5CEB">
      <w:pPr>
        <w:rPr>
          <w:i/>
          <w:iCs/>
        </w:rPr>
      </w:pPr>
      <w:r w:rsidRPr="004A3CB8">
        <w:rPr>
          <w:i/>
          <w:iCs/>
        </w:rPr>
        <w:t xml:space="preserve">3. Requisiti </w:t>
      </w:r>
      <w:r w:rsidR="004A3CB8">
        <w:rPr>
          <w:i/>
          <w:iCs/>
        </w:rPr>
        <w:t>formativ</w:t>
      </w:r>
      <w:r w:rsidR="009F56B0">
        <w:rPr>
          <w:i/>
          <w:iCs/>
        </w:rPr>
        <w:t>i</w:t>
      </w:r>
      <w:r w:rsidR="004A3CB8">
        <w:rPr>
          <w:i/>
          <w:iCs/>
        </w:rPr>
        <w:t>:</w:t>
      </w:r>
    </w:p>
    <w:p w14:paraId="3CC47CD6" w14:textId="77028E33" w:rsidR="000F5CEB" w:rsidRDefault="000F5CEB">
      <w:r>
        <w:t xml:space="preserve">    [  ] Di possedere i requisiti formativi previsti dalla D.G.P. n. 1025/2018; </w:t>
      </w:r>
    </w:p>
    <w:p w14:paraId="422680FE" w14:textId="269B70EE" w:rsidR="00323BD7" w:rsidRPr="004A3CB8" w:rsidRDefault="000F5CEB">
      <w:pPr>
        <w:rPr>
          <w:i/>
          <w:iCs/>
        </w:rPr>
      </w:pPr>
      <w:r w:rsidRPr="004A3CB8">
        <w:rPr>
          <w:i/>
          <w:iCs/>
        </w:rPr>
        <w:t>4</w:t>
      </w:r>
      <w:r w:rsidR="0093140E" w:rsidRPr="004A3CB8">
        <w:rPr>
          <w:i/>
          <w:iCs/>
        </w:rPr>
        <w:t>. Incompatibilità e</w:t>
      </w:r>
      <w:r w:rsidR="004A3CB8">
        <w:rPr>
          <w:i/>
          <w:iCs/>
        </w:rPr>
        <w:t xml:space="preserve"> inconferibilità</w:t>
      </w:r>
      <w:r w:rsidR="0093140E" w:rsidRPr="004A3CB8">
        <w:rPr>
          <w:i/>
          <w:iCs/>
        </w:rPr>
        <w:t>:</w:t>
      </w:r>
    </w:p>
    <w:p w14:paraId="5A2F6551" w14:textId="7DB858CC" w:rsidR="00323BD7" w:rsidRDefault="0093140E" w:rsidP="000F5CEB">
      <w:pPr>
        <w:jc w:val="both"/>
      </w:pPr>
      <w:r>
        <w:t xml:space="preserve">   </w:t>
      </w:r>
      <w:r w:rsidR="000F5CEB">
        <w:t xml:space="preserve"> [  ] </w:t>
      </w:r>
      <w:r>
        <w:t xml:space="preserve"> </w:t>
      </w:r>
      <w:r w:rsidR="000F5CEB">
        <w:t>Che non esistono</w:t>
      </w:r>
      <w:r>
        <w:t xml:space="preserve"> a proprio carico cause di incompatibilità o ineleggibilità previste dall'</w:t>
      </w:r>
      <w:r>
        <w:rPr>
          <w:b/>
        </w:rPr>
        <w:t>articolo 209 del Codice degli Enti locali (C.E.L.)</w:t>
      </w:r>
      <w:r>
        <w:t xml:space="preserve"> della Regione Trentino Alto-Adige (L.R. 3 maggio 2018, n. 2 e ss.mm.);</w:t>
      </w:r>
    </w:p>
    <w:p w14:paraId="674EB47B" w14:textId="5F0AED96" w:rsidR="00323BD7" w:rsidRDefault="0093140E" w:rsidP="000F5CEB">
      <w:pPr>
        <w:jc w:val="both"/>
      </w:pPr>
      <w:r>
        <w:t xml:space="preserve">   </w:t>
      </w:r>
      <w:r w:rsidR="000F5CEB">
        <w:t xml:space="preserve"> [  ] </w:t>
      </w:r>
      <w:r>
        <w:t xml:space="preserve"> </w:t>
      </w:r>
      <w:r w:rsidR="000F5CEB">
        <w:t>Di non versare in</w:t>
      </w:r>
      <w:r>
        <w:rPr>
          <w:b/>
        </w:rPr>
        <w:t xml:space="preserve"> condizioni di inconferibilità e di incompatibilità</w:t>
      </w:r>
      <w:r>
        <w:t xml:space="preserve"> di incarico previste dal </w:t>
      </w:r>
      <w:r>
        <w:rPr>
          <w:b/>
        </w:rPr>
        <w:t>D.Lgs. n. 39 di data 8 Aprile 2013</w:t>
      </w:r>
      <w:r>
        <w:t>.</w:t>
      </w:r>
    </w:p>
    <w:p w14:paraId="516ECDA4" w14:textId="172C309E" w:rsidR="00323BD7" w:rsidRPr="004A3CB8" w:rsidRDefault="000F5CEB">
      <w:pPr>
        <w:rPr>
          <w:i/>
          <w:iCs/>
        </w:rPr>
      </w:pPr>
      <w:r w:rsidRPr="004A3CB8">
        <w:rPr>
          <w:i/>
          <w:iCs/>
        </w:rPr>
        <w:t>5</w:t>
      </w:r>
      <w:r w:rsidR="0093140E" w:rsidRPr="004A3CB8">
        <w:rPr>
          <w:i/>
          <w:iCs/>
        </w:rPr>
        <w:t xml:space="preserve">. Limiti al </w:t>
      </w:r>
      <w:r w:rsidRPr="004A3CB8">
        <w:rPr>
          <w:i/>
          <w:iCs/>
        </w:rPr>
        <w:t>c</w:t>
      </w:r>
      <w:r w:rsidR="0093140E" w:rsidRPr="004A3CB8">
        <w:rPr>
          <w:i/>
          <w:iCs/>
        </w:rPr>
        <w:t xml:space="preserve">umulo degli </w:t>
      </w:r>
      <w:r w:rsidRPr="004A3CB8">
        <w:rPr>
          <w:i/>
          <w:iCs/>
        </w:rPr>
        <w:t>i</w:t>
      </w:r>
      <w:r w:rsidR="0093140E" w:rsidRPr="004A3CB8">
        <w:rPr>
          <w:i/>
          <w:iCs/>
        </w:rPr>
        <w:t>ncarichi:</w:t>
      </w:r>
    </w:p>
    <w:p w14:paraId="22D3E931" w14:textId="78F08F39" w:rsidR="00323BD7" w:rsidRDefault="0093140E" w:rsidP="000F5CEB">
      <w:pPr>
        <w:jc w:val="both"/>
      </w:pPr>
      <w:r>
        <w:t xml:space="preserve">    </w:t>
      </w:r>
      <w:r w:rsidR="000F5CEB">
        <w:t xml:space="preserve">[  ]  </w:t>
      </w:r>
      <w:r>
        <w:t xml:space="preserve">Di non superare il limite massimo di </w:t>
      </w:r>
      <w:r>
        <w:rPr>
          <w:b/>
        </w:rPr>
        <w:t>8 incarichi complessivi</w:t>
      </w:r>
      <w:r>
        <w:t xml:space="preserve"> come previsto dall'art. 31, commi 1 e 2 del DPGR 27.10.1999 n. 8/L, tenendo conto anche di quelli conferiti dalle forme collaborative intercomunali e dagli Enti istituiti ai sensi dell'art. 7 del D.P.R. 22 Marzo 1974 n. 279</w:t>
      </w:r>
      <w:r w:rsidR="000F5CEB">
        <w:t>:</w:t>
      </w:r>
    </w:p>
    <w:p w14:paraId="6165A2AC" w14:textId="18662E68" w:rsidR="000F5CEB" w:rsidRDefault="000F5CEB" w:rsidP="000F5CEB">
      <w:pPr>
        <w:jc w:val="both"/>
      </w:pPr>
      <w:r>
        <w:t xml:space="preserve">Elencare gli incarichi </w:t>
      </w:r>
      <w:r w:rsidR="004A3CB8">
        <w:t xml:space="preserve">in corso </w:t>
      </w:r>
      <w:r>
        <w:t>e la</w:t>
      </w:r>
      <w:r w:rsidR="004A3CB8">
        <w:t xml:space="preserve"> relativa</w:t>
      </w:r>
      <w:r>
        <w:t xml:space="preserve"> durata:</w:t>
      </w:r>
    </w:p>
    <w:p w14:paraId="5C06BF4F" w14:textId="11B5D942" w:rsidR="000F5CEB" w:rsidRDefault="000F5CEB" w:rsidP="000F5CEB">
      <w:pPr>
        <w:jc w:val="both"/>
      </w:pPr>
      <w:r>
        <w:t>_________________________________________________________</w:t>
      </w:r>
    </w:p>
    <w:p w14:paraId="12EE2F43" w14:textId="77777777" w:rsidR="000F5CEB" w:rsidRDefault="000F5CEB" w:rsidP="000F5CEB">
      <w:pPr>
        <w:jc w:val="both"/>
      </w:pPr>
      <w:r>
        <w:t>_________________________________________________________</w:t>
      </w:r>
    </w:p>
    <w:p w14:paraId="5697E040" w14:textId="77777777" w:rsidR="000F5CEB" w:rsidRDefault="000F5CEB" w:rsidP="000F5CEB">
      <w:pPr>
        <w:jc w:val="both"/>
      </w:pPr>
      <w:r>
        <w:t>_________________________________________________________</w:t>
      </w:r>
    </w:p>
    <w:p w14:paraId="1B82D8F6" w14:textId="77777777" w:rsidR="000F5CEB" w:rsidRDefault="000F5CEB" w:rsidP="000F5CEB">
      <w:pPr>
        <w:jc w:val="both"/>
      </w:pPr>
      <w:r>
        <w:t>_________________________________________________________</w:t>
      </w:r>
    </w:p>
    <w:p w14:paraId="05CA0374" w14:textId="77777777" w:rsidR="000F5CEB" w:rsidRDefault="000F5CEB" w:rsidP="000F5CEB">
      <w:pPr>
        <w:jc w:val="both"/>
      </w:pPr>
      <w:r>
        <w:t>_________________________________________________________</w:t>
      </w:r>
    </w:p>
    <w:p w14:paraId="31F32174" w14:textId="77777777" w:rsidR="000F5CEB" w:rsidRDefault="000F5CEB" w:rsidP="000F5CEB">
      <w:pPr>
        <w:jc w:val="both"/>
      </w:pPr>
      <w:r>
        <w:t>_________________________________________________________</w:t>
      </w:r>
    </w:p>
    <w:p w14:paraId="57572E57" w14:textId="77777777" w:rsidR="000F5CEB" w:rsidRDefault="000F5CEB" w:rsidP="000F5CEB">
      <w:pPr>
        <w:jc w:val="both"/>
      </w:pPr>
      <w:r>
        <w:t>_________________________________________________________</w:t>
      </w:r>
    </w:p>
    <w:p w14:paraId="46999938" w14:textId="77777777" w:rsidR="000F5CEB" w:rsidRDefault="000F5CEB" w:rsidP="000F5CEB">
      <w:pPr>
        <w:jc w:val="both"/>
      </w:pPr>
      <w:r>
        <w:t>_________________________________________________________</w:t>
      </w:r>
    </w:p>
    <w:p w14:paraId="5D9C8598" w14:textId="77777777" w:rsidR="000F5CEB" w:rsidRDefault="000F5CEB" w:rsidP="000F5CEB">
      <w:pPr>
        <w:jc w:val="both"/>
      </w:pPr>
    </w:p>
    <w:p w14:paraId="36A5C3C2" w14:textId="0DBE1205" w:rsidR="00323BD7" w:rsidRPr="004A3CB8" w:rsidRDefault="000F5CEB">
      <w:pPr>
        <w:rPr>
          <w:i/>
          <w:iCs/>
        </w:rPr>
      </w:pPr>
      <w:r w:rsidRPr="004A3CB8">
        <w:rPr>
          <w:i/>
          <w:iCs/>
        </w:rPr>
        <w:t>6</w:t>
      </w:r>
      <w:r w:rsidR="0093140E" w:rsidRPr="004A3CB8">
        <w:rPr>
          <w:i/>
          <w:iCs/>
        </w:rPr>
        <w:t>. Offerta Economica</w:t>
      </w:r>
      <w:r w:rsidRPr="004A3CB8">
        <w:rPr>
          <w:i/>
          <w:iCs/>
        </w:rPr>
        <w:t>:</w:t>
      </w:r>
    </w:p>
    <w:p w14:paraId="788CEB30" w14:textId="7E1F5A37" w:rsidR="00323BD7" w:rsidRDefault="0093140E" w:rsidP="000F5CEB">
      <w:pPr>
        <w:jc w:val="both"/>
      </w:pPr>
      <w:r>
        <w:t xml:space="preserve">    Di richiedere per lo svolgimento dell'incarico il seguente </w:t>
      </w:r>
      <w:r>
        <w:rPr>
          <w:b/>
        </w:rPr>
        <w:t>compenso annuo</w:t>
      </w:r>
      <w:r>
        <w:t>:</w:t>
      </w:r>
      <w:r>
        <w:br/>
        <w:t xml:space="preserve">    Euro ___________________________ (diconsi Euro </w:t>
      </w:r>
      <w:r>
        <w:lastRenderedPageBreak/>
        <w:t>_________________________________________________), nel rispetto dei limiti stabiliti dal D.P. Reg. n. 42/2020 (Minimo: € 3.717,90 - Massimo: € 4.957,20).</w:t>
      </w:r>
    </w:p>
    <w:p w14:paraId="6A87F2D2" w14:textId="77777777" w:rsidR="000F5CEB" w:rsidRDefault="000F5CEB" w:rsidP="000F5CEB">
      <w:pPr>
        <w:jc w:val="both"/>
      </w:pPr>
    </w:p>
    <w:p w14:paraId="512799B5" w14:textId="77777777" w:rsidR="00323BD7" w:rsidRDefault="0093140E">
      <w:pPr>
        <w:jc w:val="center"/>
      </w:pPr>
      <w:r>
        <w:rPr>
          <w:b/>
        </w:rPr>
        <w:t>DICHIARAZIONE SOSTITUTIVA DELL'ATTO DI NOTORIETÀ PER LA VALUTAZIONE DEI TITOLI (ART. 47 D.P.R. 445/2000)</w:t>
      </w:r>
      <w:r>
        <w:rPr>
          <w:b/>
        </w:rPr>
        <w:br/>
      </w:r>
    </w:p>
    <w:p w14:paraId="77408599" w14:textId="77777777" w:rsidR="00323BD7" w:rsidRDefault="0093140E">
      <w:pPr>
        <w:spacing w:after="240"/>
      </w:pPr>
      <w:r>
        <w:t>Il/La sottoscritto/a, ai fini dell'attribuzione dei punteggi previsti dall'avviso di selezione, dichiara il possesso dei seguenti titoli ed esperienze professionali:</w:t>
      </w:r>
    </w:p>
    <w:p w14:paraId="01523E6A" w14:textId="77777777" w:rsidR="00323BD7" w:rsidRPr="004A3CB8" w:rsidRDefault="0093140E">
      <w:pPr>
        <w:rPr>
          <w:b/>
          <w:bCs/>
        </w:rPr>
      </w:pPr>
      <w:r w:rsidRPr="004A3CB8">
        <w:rPr>
          <w:b/>
          <w:bCs/>
        </w:rPr>
        <w:t>Sezione A: Esperienza Professionale (Max 50 Punti)</w:t>
      </w:r>
    </w:p>
    <w:p w14:paraId="4B31177D" w14:textId="77777777" w:rsidR="00323BD7" w:rsidRDefault="0093140E">
      <w:r>
        <w:t xml:space="preserve">• </w:t>
      </w:r>
      <w:r w:rsidRPr="004A3CB8">
        <w:rPr>
          <w:i/>
          <w:iCs/>
        </w:rPr>
        <w:t>A.1 Incarichi come Revisore Unico / Componente Collegio in Enti Locali della PAT (Comuni, Comunità di Valle):</w:t>
      </w:r>
      <w:r>
        <w:br/>
        <w:t xml:space="preserve">  1. Ente: ___________________________ Periodo dal ____________ al ____________ (Mesi/Anni tot: ____)</w:t>
      </w:r>
      <w:r>
        <w:br/>
        <w:t xml:space="preserve">  2. Ente: ___________________________ Periodo dal ____________ al ____________ (Mesi/Anni tot: ____)</w:t>
      </w:r>
    </w:p>
    <w:p w14:paraId="33075F0F" w14:textId="77777777" w:rsidR="004A3CB8" w:rsidRDefault="004A3CB8"/>
    <w:p w14:paraId="355EEBFB" w14:textId="77777777" w:rsidR="00323BD7" w:rsidRDefault="0093140E">
      <w:r>
        <w:t xml:space="preserve">• </w:t>
      </w:r>
      <w:r w:rsidRPr="004A3CB8">
        <w:rPr>
          <w:i/>
          <w:iCs/>
        </w:rPr>
        <w:t>A.2 Incarichi come Revisore Unico / Componente Collegio in Enti Locali fuori dal territorio PAT:</w:t>
      </w:r>
      <w:r>
        <w:br/>
        <w:t xml:space="preserve">  1. Ente: ___________________________ Periodo dal ____________ al ____________ (Mesi/Anni tot: ____)</w:t>
      </w:r>
    </w:p>
    <w:p w14:paraId="4572A1E7" w14:textId="59B9FF9F" w:rsidR="004A3CB8" w:rsidRDefault="004A3CB8">
      <w:r>
        <w:t>2. Ente: ___________________________ Periodo dal ____________ al ____________ (Mesi/Anni tot: ____)</w:t>
      </w:r>
    </w:p>
    <w:p w14:paraId="158FCBC3" w14:textId="77777777" w:rsidR="00323BD7" w:rsidRDefault="0093140E">
      <w:r>
        <w:t xml:space="preserve">• </w:t>
      </w:r>
      <w:r w:rsidRPr="004A3CB8">
        <w:rPr>
          <w:i/>
          <w:iCs/>
        </w:rPr>
        <w:t>A.3 Incarichi come Revisore presso Enti Strumentali pubblici, APSP o Società a controllo pubblico della PAT:</w:t>
      </w:r>
      <w:r>
        <w:br/>
        <w:t xml:space="preserve">  1. Ente: ___________________________ Periodo dal ____________ al ____________ (Mesi/Anni tot: ____)</w:t>
      </w:r>
    </w:p>
    <w:p w14:paraId="6F28ED56" w14:textId="102600CB" w:rsidR="004A3CB8" w:rsidRDefault="004A3CB8">
      <w:r>
        <w:t>2. Ente: ___________________________ Periodo dal ____________ al ____________ (Mesi/Anni tot: ____)</w:t>
      </w:r>
    </w:p>
    <w:p w14:paraId="4888A792" w14:textId="77777777" w:rsidR="00323BD7" w:rsidRDefault="0093140E">
      <w:r>
        <w:t xml:space="preserve">• </w:t>
      </w:r>
      <w:r w:rsidRPr="004A3CB8">
        <w:rPr>
          <w:i/>
          <w:iCs/>
        </w:rPr>
        <w:t>A.4 Anzianità complessiva di iscrizione al Registro dei Revisori Legali:</w:t>
      </w:r>
      <w:r>
        <w:br/>
        <w:t xml:space="preserve">  Anni totali di iscrizione: ______ (superiori ai primi 5 anni obbligatori).</w:t>
      </w:r>
    </w:p>
    <w:p w14:paraId="3D915A90" w14:textId="77777777" w:rsidR="00323BD7" w:rsidRPr="004A3CB8" w:rsidRDefault="0093140E">
      <w:pPr>
        <w:rPr>
          <w:b/>
          <w:bCs/>
        </w:rPr>
      </w:pPr>
      <w:r>
        <w:br/>
      </w:r>
      <w:r w:rsidRPr="004A3CB8">
        <w:rPr>
          <w:b/>
          <w:bCs/>
        </w:rPr>
        <w:t>Sezione B: Titoli, Formazione e Competenze Complementari (Max 40 Punti)</w:t>
      </w:r>
    </w:p>
    <w:p w14:paraId="0C4C2DF1" w14:textId="77777777" w:rsidR="00323BD7" w:rsidRDefault="0093140E">
      <w:r w:rsidRPr="004A3CB8">
        <w:rPr>
          <w:i/>
          <w:iCs/>
        </w:rPr>
        <w:t>• B.1 Crediti formativi specifici in materia di Enti Locali e Contabilità Pubblica (ultimo triennio):</w:t>
      </w:r>
      <w:r>
        <w:br/>
        <w:t xml:space="preserve">  Numero crediti formativi conseguiti eccedenti l'obbligo formativo di base: ______</w:t>
      </w:r>
    </w:p>
    <w:p w14:paraId="618B320B" w14:textId="77777777" w:rsidR="00323BD7" w:rsidRDefault="0093140E">
      <w:r w:rsidRPr="004A3CB8">
        <w:rPr>
          <w:i/>
          <w:iCs/>
        </w:rPr>
        <w:lastRenderedPageBreak/>
        <w:t>• B.2 Titoli accademici post-laurea (Master II livello / Dottorati in contabilità pubblica, diritto amministrativo o economia enti pubblici):</w:t>
      </w:r>
      <w:r>
        <w:br/>
        <w:t xml:space="preserve">  1. Titolo: ______________________________________ Conseguito presso: _________________________ in data: _________</w:t>
      </w:r>
    </w:p>
    <w:p w14:paraId="340BB261" w14:textId="77777777" w:rsidR="00323BD7" w:rsidRDefault="0093140E">
      <w:r>
        <w:t xml:space="preserve">• </w:t>
      </w:r>
      <w:r w:rsidRPr="004A3CB8">
        <w:rPr>
          <w:i/>
          <w:iCs/>
        </w:rPr>
        <w:t>B.3 Incarichi conclusi o in corso in Organismi di Valutazione (OIV, Nuclei di Valutazione, Comitati Controllo analogo):</w:t>
      </w:r>
      <w:r>
        <w:br/>
        <w:t xml:space="preserve">  1. Ente: ___________________________ Incarico: _________________________ Anno/i: _________</w:t>
      </w:r>
    </w:p>
    <w:p w14:paraId="3FC6F9AC" w14:textId="77777777" w:rsidR="00323BD7" w:rsidRDefault="0093140E">
      <w:r w:rsidRPr="004A3CB8">
        <w:rPr>
          <w:i/>
          <w:iCs/>
        </w:rPr>
        <w:t>• B.4 Attività di docenza o pubblicazioni scientifiche specialistiche (ultimo quinquennio):</w:t>
      </w:r>
      <w:r>
        <w:br/>
        <w:t xml:space="preserve">  1. Descrizione attività / pubblicazione: ___________________________________________________________ Data: _________</w:t>
      </w:r>
    </w:p>
    <w:p w14:paraId="4F650B6F" w14:textId="77777777" w:rsidR="00323BD7" w:rsidRDefault="0093140E">
      <w:r>
        <w:br/>
        <w:t>ELENCO DEGLI ALLEGATI OBBLIGATORI:</w:t>
      </w:r>
    </w:p>
    <w:p w14:paraId="727473E4" w14:textId="77777777" w:rsidR="00323BD7" w:rsidRDefault="0093140E">
      <w:r>
        <w:rPr>
          <w:b/>
        </w:rPr>
        <w:t xml:space="preserve">1. Curriculum vitae </w:t>
      </w:r>
      <w:r>
        <w:t>dettagliato, debitamente datato e sottoscritto, redatto ai sensi degli artt. 46 e 47 del D.P.R. n. 445/2000.</w:t>
      </w:r>
      <w:r>
        <w:br/>
        <w:t xml:space="preserve">2. Copia fotostatica di un </w:t>
      </w:r>
      <w:r>
        <w:rPr>
          <w:b/>
        </w:rPr>
        <w:t>documento d'identità</w:t>
      </w:r>
      <w:r>
        <w:t xml:space="preserve"> in corso di validità.</w:t>
      </w:r>
    </w:p>
    <w:p w14:paraId="788EF879" w14:textId="77777777" w:rsidR="00323BD7" w:rsidRDefault="0093140E">
      <w:r>
        <w:br/>
        <w:t>INFORMATIVA PRIVACY (REGOLAMENTO UE 2016/679)</w:t>
      </w:r>
    </w:p>
    <w:p w14:paraId="1FDF2389" w14:textId="77777777" w:rsidR="00323BD7" w:rsidRDefault="0093140E" w:rsidP="004A3CB8">
      <w:pPr>
        <w:jc w:val="both"/>
      </w:pPr>
      <w:r>
        <w:t>Il/La sottoscritto/a dichiara di aver preso visione dell'informativa sul trattamento dei dati personali fornita dal Comune di Vallarsa ai sensi degli artt. 13 e 14 del Regolamento UE 2016/679 e acconsente al trattamento dei propri dati per le finalità legate alla presente procedura selettiva.</w:t>
      </w:r>
    </w:p>
    <w:p w14:paraId="4E62EFB2" w14:textId="77777777" w:rsidR="00323BD7" w:rsidRDefault="0093140E">
      <w:r>
        <w:br/>
        <w:t>Luogo e Data: ________________________</w:t>
      </w:r>
      <w:r>
        <w:br/>
      </w:r>
      <w:r>
        <w:br/>
      </w:r>
    </w:p>
    <w:p w14:paraId="449270F5" w14:textId="77777777" w:rsidR="00323BD7" w:rsidRDefault="0093140E">
      <w:pPr>
        <w:jc w:val="right"/>
      </w:pPr>
      <w:r>
        <w:t>Firma del richiedente (estesa e leggibile o Firma Digitale)</w:t>
      </w:r>
      <w:r>
        <w:br/>
      </w:r>
      <w:r>
        <w:br/>
        <w:t>_______________________________________________</w:t>
      </w:r>
    </w:p>
    <w:sectPr w:rsidR="00323BD7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6683238">
    <w:abstractNumId w:val="8"/>
  </w:num>
  <w:num w:numId="2" w16cid:durableId="1850875611">
    <w:abstractNumId w:val="6"/>
  </w:num>
  <w:num w:numId="3" w16cid:durableId="2002272765">
    <w:abstractNumId w:val="5"/>
  </w:num>
  <w:num w:numId="4" w16cid:durableId="511725848">
    <w:abstractNumId w:val="4"/>
  </w:num>
  <w:num w:numId="5" w16cid:durableId="1076823675">
    <w:abstractNumId w:val="7"/>
  </w:num>
  <w:num w:numId="6" w16cid:durableId="2022664817">
    <w:abstractNumId w:val="3"/>
  </w:num>
  <w:num w:numId="7" w16cid:durableId="133178992">
    <w:abstractNumId w:val="2"/>
  </w:num>
  <w:num w:numId="8" w16cid:durableId="1550263681">
    <w:abstractNumId w:val="1"/>
  </w:num>
  <w:num w:numId="9" w16cid:durableId="209643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CEB"/>
    <w:rsid w:val="0015074B"/>
    <w:rsid w:val="0029639D"/>
    <w:rsid w:val="0031167B"/>
    <w:rsid w:val="00323BD7"/>
    <w:rsid w:val="00326F90"/>
    <w:rsid w:val="00374754"/>
    <w:rsid w:val="004A3CB8"/>
    <w:rsid w:val="005B6119"/>
    <w:rsid w:val="0093140E"/>
    <w:rsid w:val="009F56B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99A83"/>
  <w14:defaultImageDpi w14:val="300"/>
  <w15:docId w15:val="{1F7E1681-9F93-41D1-A0AD-E1225B53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Comune Vallarsa</cp:lastModifiedBy>
  <cp:revision>3</cp:revision>
  <dcterms:created xsi:type="dcterms:W3CDTF">2026-08-17T07:48:00Z</dcterms:created>
  <dcterms:modified xsi:type="dcterms:W3CDTF">2026-08-27T06:19:00Z</dcterms:modified>
  <cp:category/>
</cp:coreProperties>
</file>